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96EE" w14:textId="77777777" w:rsidR="00180D89" w:rsidRDefault="005C3386">
      <w:pPr>
        <w:spacing w:after="101"/>
        <w:jc w:val="center"/>
      </w:pPr>
      <w:r>
        <w:rPr>
          <w:noProof/>
        </w:rPr>
        <w:drawing>
          <wp:inline distT="0" distB="0" distL="0" distR="0" wp14:anchorId="6EB6ACF9" wp14:editId="7116D02E">
            <wp:extent cx="1325880" cy="9515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AE19FF-0DDF-4011-B940-0CD6307BB0D7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95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1F843" w14:textId="77777777" w:rsidR="00C63394" w:rsidRPr="007412E0" w:rsidRDefault="003B5AB2">
      <w:pPr>
        <w:jc w:val="center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Junior Player Profile &amp; Parental Consent</w:t>
      </w:r>
    </w:p>
    <w:p w14:paraId="10EDE6FA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Please complete this form before your child attends junior coaching. Tick the relevant boxes and tell us if any details change.</w:t>
      </w:r>
    </w:p>
    <w:p w14:paraId="11C2C6FC" w14:textId="77777777" w:rsidR="00C63394" w:rsidRPr="007412E0" w:rsidRDefault="003B5AB2">
      <w:pPr>
        <w:spacing w:before="22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Junior Profile</w:t>
      </w:r>
    </w:p>
    <w:p w14:paraId="785873EE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Child’s full name:</w:t>
      </w:r>
    </w:p>
    <w:p w14:paraId="74646F1D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Date of birth:</w:t>
      </w:r>
    </w:p>
    <w:p w14:paraId="4C079CE7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Home address:</w:t>
      </w:r>
    </w:p>
    <w:p w14:paraId="5B1B1D03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Parent/guardian name:</w:t>
      </w:r>
    </w:p>
    <w:p w14:paraId="3A34E6CA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Relationship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>to</w:t>
      </w:r>
      <w:proofErr w:type="gramEnd"/>
      <w:r w:rsidRPr="007412E0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>child</w:t>
      </w:r>
      <w:proofErr w:type="gramEnd"/>
      <w:r w:rsidRPr="007412E0">
        <w:rPr>
          <w:rFonts w:asciiTheme="majorHAnsi" w:hAnsiTheme="majorHAnsi" w:cstheme="majorHAnsi"/>
          <w:sz w:val="24"/>
          <w:szCs w:val="24"/>
        </w:rPr>
        <w:t>:</w:t>
      </w:r>
    </w:p>
    <w:p w14:paraId="1A86A009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Parent/guardian mobile:</w:t>
      </w:r>
    </w:p>
    <w:p w14:paraId="39B64C24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Parent/guardian email:</w:t>
      </w:r>
    </w:p>
    <w:p w14:paraId="2193D6E0" w14:textId="77777777" w:rsidR="00C63394" w:rsidRPr="007412E0" w:rsidRDefault="003B5AB2">
      <w:pPr>
        <w:spacing w:after="16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Alternative emergency contact (name, relationship and mobile):</w:t>
      </w:r>
    </w:p>
    <w:p w14:paraId="3FA70207" w14:textId="77777777" w:rsidR="00C63394" w:rsidRPr="007412E0" w:rsidRDefault="003B5AB2">
      <w:pPr>
        <w:spacing w:before="22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Medical Information</w:t>
      </w:r>
    </w:p>
    <w:p w14:paraId="0505984B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Does your child have any medical conditions, allergies, medication or additional support needs we should know about?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Yes  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42B02F3E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If yes, give relevant details, instructions and any emergency action plan:</w:t>
      </w:r>
    </w:p>
    <w:p w14:paraId="7C1127A0" w14:textId="77777777" w:rsidR="00C63394" w:rsidRPr="007412E0" w:rsidRDefault="00C63394">
      <w:pPr>
        <w:rPr>
          <w:rFonts w:asciiTheme="majorHAnsi" w:hAnsiTheme="majorHAnsi" w:cstheme="majorHAnsi"/>
          <w:sz w:val="24"/>
          <w:szCs w:val="24"/>
        </w:rPr>
      </w:pPr>
    </w:p>
    <w:p w14:paraId="392A179E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Does your child carry emergency medication (e.g. inhaler or auto-injector)?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Yes  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1ED8D0DB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If yes, where is it kept, and can your child use it independently?</w:t>
      </w:r>
    </w:p>
    <w:p w14:paraId="7ED12DD5" w14:textId="77777777" w:rsidR="00C63394" w:rsidRPr="007412E0" w:rsidRDefault="00C63394">
      <w:pPr>
        <w:rPr>
          <w:rFonts w:asciiTheme="majorHAnsi" w:hAnsiTheme="majorHAnsi" w:cstheme="majorHAnsi"/>
          <w:sz w:val="24"/>
          <w:szCs w:val="24"/>
        </w:rPr>
      </w:pPr>
    </w:p>
    <w:p w14:paraId="39D84123" w14:textId="77777777" w:rsidR="00C63394" w:rsidRPr="007412E0" w:rsidRDefault="003B5AB2">
      <w:pPr>
        <w:spacing w:before="22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Safety &amp; Collection</w:t>
      </w:r>
    </w:p>
    <w:p w14:paraId="38479FD3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Person(s) authorised to collect your child:</w:t>
      </w:r>
    </w:p>
    <w:p w14:paraId="2ECB3FC3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May your child leave the coaching session unaccompanied?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Yes  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4659FB13" w14:textId="77777777" w:rsidR="00C63394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Please ensure your child is signed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>in</w:t>
      </w:r>
      <w:proofErr w:type="gramEnd"/>
      <w:r w:rsidRPr="007412E0">
        <w:rPr>
          <w:rFonts w:asciiTheme="majorHAnsi" w:hAnsiTheme="majorHAnsi" w:cstheme="majorHAnsi"/>
          <w:sz w:val="24"/>
          <w:szCs w:val="24"/>
        </w:rPr>
        <w:t xml:space="preserve"> or handed over as directed, collected promptly where applicable, and follows the coach’s safety instructions. Tell us in advance about changes to collection arrangements.</w:t>
      </w:r>
    </w:p>
    <w:p w14:paraId="627205EC" w14:textId="77777777" w:rsidR="007412E0" w:rsidRPr="007412E0" w:rsidRDefault="007412E0">
      <w:pPr>
        <w:rPr>
          <w:rFonts w:asciiTheme="majorHAnsi" w:hAnsiTheme="majorHAnsi" w:cstheme="majorHAnsi"/>
          <w:sz w:val="24"/>
          <w:szCs w:val="24"/>
        </w:rPr>
      </w:pPr>
    </w:p>
    <w:p w14:paraId="0501DC93" w14:textId="77777777" w:rsidR="00C63394" w:rsidRPr="007412E0" w:rsidRDefault="003B5AB2">
      <w:pPr>
        <w:spacing w:before="22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lastRenderedPageBreak/>
        <w:t>Photography &amp; Video</w:t>
      </w:r>
    </w:p>
    <w:p w14:paraId="3377B09F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Please tick Yes or No for each purpose. Optional consent can be withdrawn by contacting the coach; this will not affect earlier lawful use.</w:t>
      </w:r>
    </w:p>
    <w:p w14:paraId="11BF869A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Coaching video analysis (for feedback and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 xml:space="preserve">development)   </w:t>
      </w:r>
      <w:proofErr w:type="gramEnd"/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Yes  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7B9B7651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Photos/videos for club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>website</w:t>
      </w:r>
      <w:proofErr w:type="gramEnd"/>
      <w:r w:rsidRPr="007412E0">
        <w:rPr>
          <w:rFonts w:asciiTheme="majorHAnsi" w:hAnsiTheme="majorHAnsi" w:cstheme="majorHAnsi"/>
          <w:sz w:val="24"/>
          <w:szCs w:val="24"/>
        </w:rPr>
        <w:t xml:space="preserve">, social media or promotional materials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Yes     </w:t>
      </w:r>
      <w:r w:rsidRPr="007412E0">
        <w:rPr>
          <w:rFonts w:ascii="Segoe UI Symbol" w:hAnsi="Segoe UI Symbol" w:cs="Segoe UI Symbol"/>
          <w:sz w:val="24"/>
          <w:szCs w:val="24"/>
        </w:rPr>
        <w:t>☐</w:t>
      </w:r>
      <w:r w:rsidRPr="007412E0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1617005B" w14:textId="77777777" w:rsidR="00180D89" w:rsidRPr="007412E0" w:rsidRDefault="005C3386">
      <w:pPr>
        <w:spacing w:after="8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Coaching communications: The club/coach may contact me about sessions, cancellations, safety and other essential coaching arrangements.</w:t>
      </w:r>
    </w:p>
    <w:p w14:paraId="0B757183" w14:textId="77777777" w:rsidR="00180D89" w:rsidRPr="007412E0" w:rsidRDefault="005C3386">
      <w:pPr>
        <w:spacing w:after="8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Safeguarding concerns: Helen Beston, Club Welfare Officer | 07780 603989 | helenbeston@oltongolfclub.co.uk</w:t>
      </w:r>
    </w:p>
    <w:p w14:paraId="339068E3" w14:textId="77777777" w:rsidR="00C63394" w:rsidRPr="007412E0" w:rsidRDefault="003B5AB2">
      <w:pPr>
        <w:spacing w:before="22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Parental Consent &amp; Declaration</w:t>
      </w:r>
    </w:p>
    <w:p w14:paraId="46148C14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I confirm that I have parental responsibility or authority to give these permissions. I consent to my child taking part in junior golf coaching. I understand golf involves ordinary sporting risks and that the club will take reasonable care and follow its safeguarding procedures.</w:t>
      </w:r>
    </w:p>
    <w:p w14:paraId="1D4EBD46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If I cannot be contacted in an emergency, I authorise staff to seek appropriate first aid or urgent medical assistance for my child. Medical decisions remain with qualified healthcare professionals.</w:t>
      </w:r>
    </w:p>
    <w:p w14:paraId="70BFF062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I confirm the information is accurate and will notify the coach of changes. The club will use it for coaching, safety, safeguarding and emergencies in line with its privacy notice.</w:t>
      </w:r>
    </w:p>
    <w:p w14:paraId="0E75C429" w14:textId="77777777" w:rsidR="00C63394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Parent/guardian signature:</w:t>
      </w:r>
    </w:p>
    <w:p w14:paraId="56F30361" w14:textId="77777777" w:rsidR="00F81583" w:rsidRPr="007412E0" w:rsidRDefault="003B5AB2">
      <w:pPr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>Date:</w:t>
      </w:r>
    </w:p>
    <w:p w14:paraId="43D579B4" w14:textId="77777777" w:rsidR="00C63394" w:rsidRPr="007412E0" w:rsidRDefault="00C63394">
      <w:pPr>
        <w:rPr>
          <w:rFonts w:asciiTheme="majorHAnsi" w:hAnsiTheme="majorHAnsi" w:cstheme="majorHAnsi"/>
          <w:sz w:val="24"/>
          <w:szCs w:val="24"/>
        </w:rPr>
      </w:pPr>
    </w:p>
    <w:p w14:paraId="6FAAC395" w14:textId="77777777" w:rsidR="00180D89" w:rsidRPr="007412E0" w:rsidRDefault="005C3386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b/>
          <w:sz w:val="24"/>
          <w:szCs w:val="24"/>
        </w:rPr>
        <w:t>Please return this completed form to Joe Macilwraith.</w:t>
      </w:r>
    </w:p>
    <w:p w14:paraId="051E1921" w14:textId="77777777" w:rsidR="00180D89" w:rsidRPr="007412E0" w:rsidRDefault="005C3386">
      <w:pPr>
        <w:spacing w:after="0"/>
        <w:rPr>
          <w:rFonts w:asciiTheme="majorHAnsi" w:hAnsiTheme="majorHAnsi" w:cstheme="majorHAnsi"/>
          <w:sz w:val="24"/>
          <w:szCs w:val="24"/>
        </w:rPr>
      </w:pPr>
      <w:r w:rsidRPr="007412E0">
        <w:rPr>
          <w:rFonts w:asciiTheme="majorHAnsi" w:hAnsiTheme="majorHAnsi" w:cstheme="majorHAnsi"/>
          <w:sz w:val="24"/>
          <w:szCs w:val="24"/>
        </w:rPr>
        <w:t xml:space="preserve">Mobile: 07305 </w:t>
      </w:r>
      <w:proofErr w:type="gramStart"/>
      <w:r w:rsidRPr="007412E0">
        <w:rPr>
          <w:rFonts w:asciiTheme="majorHAnsi" w:hAnsiTheme="majorHAnsi" w:cstheme="majorHAnsi"/>
          <w:sz w:val="24"/>
          <w:szCs w:val="24"/>
        </w:rPr>
        <w:t>503272  |</w:t>
      </w:r>
      <w:proofErr w:type="gramEnd"/>
      <w:r w:rsidRPr="007412E0">
        <w:rPr>
          <w:rFonts w:asciiTheme="majorHAnsi" w:hAnsiTheme="majorHAnsi" w:cstheme="majorHAnsi"/>
          <w:sz w:val="24"/>
          <w:szCs w:val="24"/>
        </w:rPr>
        <w:t xml:space="preserve">  Email: jmacilwraith29@gmail.com</w:t>
      </w:r>
    </w:p>
    <w:sectPr w:rsidR="00180D89" w:rsidRPr="007412E0" w:rsidSect="00034616">
      <w:footerReference w:type="default" r:id="rId9"/>
      <w:pgSz w:w="12240" w:h="15840"/>
      <w:pgMar w:top="1008" w:right="1800" w:bottom="936" w:left="1800" w:header="720" w:footer="4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F8A1" w14:textId="77777777" w:rsidR="005C3386" w:rsidRDefault="005C3386" w:rsidP="004D0212">
      <w:pPr>
        <w:spacing w:after="0" w:line="240" w:lineRule="auto"/>
      </w:pPr>
      <w:r>
        <w:separator/>
      </w:r>
    </w:p>
  </w:endnote>
  <w:endnote w:type="continuationSeparator" w:id="0">
    <w:p w14:paraId="70B572B4" w14:textId="77777777" w:rsidR="005C3386" w:rsidRDefault="005C3386" w:rsidP="004D0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82A22" w14:textId="77777777" w:rsidR="00180D89" w:rsidRDefault="005C3386">
    <w:pPr>
      <w:pStyle w:val="Footer"/>
      <w:jc w:val="center"/>
    </w:pPr>
    <w:r>
      <w:rPr>
        <w:rFonts w:ascii="Arial" w:hAnsi="Arial"/>
        <w:sz w:val="15"/>
      </w:rPr>
      <w:t>Lee Brotherhood Golf Limited, Mirfield Road, Solihull, West Midlands B91 1JH</w:t>
    </w:r>
    <w:r>
      <w:br/>
    </w:r>
    <w:r>
      <w:rPr>
        <w:rFonts w:ascii="Arial" w:hAnsi="Arial"/>
        <w:sz w:val="15"/>
      </w:rPr>
      <w:t>Tel: 0121 704 1936   Email: leebrotherhoodpro@gmail.com   Website: www.oltongolfclub.co.uk/retail</w:t>
    </w:r>
    <w:r>
      <w:br/>
    </w:r>
    <w:r>
      <w:rPr>
        <w:rFonts w:ascii="Arial" w:hAnsi="Arial"/>
        <w:sz w:val="15"/>
      </w:rPr>
      <w:t>Company No. 13508241   VAT No. 387101303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DE36" w14:textId="77777777" w:rsidR="005C3386" w:rsidRDefault="005C3386" w:rsidP="004D0212">
      <w:pPr>
        <w:spacing w:after="0" w:line="240" w:lineRule="auto"/>
      </w:pPr>
      <w:r>
        <w:separator/>
      </w:r>
    </w:p>
  </w:footnote>
  <w:footnote w:type="continuationSeparator" w:id="0">
    <w:p w14:paraId="6CBBCC91" w14:textId="77777777" w:rsidR="005C3386" w:rsidRDefault="005C3386" w:rsidP="004D0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877449">
    <w:abstractNumId w:val="8"/>
  </w:num>
  <w:num w:numId="2" w16cid:durableId="1225339946">
    <w:abstractNumId w:val="6"/>
  </w:num>
  <w:num w:numId="3" w16cid:durableId="1029258363">
    <w:abstractNumId w:val="5"/>
  </w:num>
  <w:num w:numId="4" w16cid:durableId="187722206">
    <w:abstractNumId w:val="4"/>
  </w:num>
  <w:num w:numId="5" w16cid:durableId="772094638">
    <w:abstractNumId w:val="7"/>
  </w:num>
  <w:num w:numId="6" w16cid:durableId="1683774755">
    <w:abstractNumId w:val="3"/>
  </w:num>
  <w:num w:numId="7" w16cid:durableId="982389633">
    <w:abstractNumId w:val="2"/>
  </w:num>
  <w:num w:numId="8" w16cid:durableId="328754176">
    <w:abstractNumId w:val="1"/>
  </w:num>
  <w:num w:numId="9" w16cid:durableId="65025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D89"/>
    <w:rsid w:val="001A673A"/>
    <w:rsid w:val="00200A04"/>
    <w:rsid w:val="0029639D"/>
    <w:rsid w:val="002B6D0F"/>
    <w:rsid w:val="00326F90"/>
    <w:rsid w:val="003B5AB2"/>
    <w:rsid w:val="00422592"/>
    <w:rsid w:val="004D0212"/>
    <w:rsid w:val="00567B00"/>
    <w:rsid w:val="005C3386"/>
    <w:rsid w:val="007412E0"/>
    <w:rsid w:val="009C296B"/>
    <w:rsid w:val="00AA1D8D"/>
    <w:rsid w:val="00B47730"/>
    <w:rsid w:val="00C63394"/>
    <w:rsid w:val="00CB0664"/>
    <w:rsid w:val="00F815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6A3DA"/>
  <w14:defaultImageDpi w14:val="300"/>
  <w15:docId w15:val="{EFAD67FD-EC0B-4ECB-A2FB-2C15817A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mbria" w:hAnsi="Cambri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Lee Brotherhood</cp:lastModifiedBy>
  <cp:revision>2</cp:revision>
  <dcterms:created xsi:type="dcterms:W3CDTF">2026-10-21T11:23:00Z</dcterms:created>
  <dcterms:modified xsi:type="dcterms:W3CDTF">2026-10-21T11:23:00Z</dcterms:modified>
  <cp:category/>
</cp:coreProperties>
</file>